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נח ולך לך – תיבה, קשת ומסע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נח והתיבה ואת סיפור לך 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דברים שלוקחים למסע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הכנסת אורחים 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אברהם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נח הכניס את משפחתו לתיבה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אברהם יצא למסע אל ארץ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הקשבה היא חלק מהכנסת אורחים 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בקבוק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(מגישים לאורח צמא)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(מגן על הראש במסע)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(עוזרת למצוא את הדרך)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(קבלת פנים יפה לאורח)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 שומע שיהיה מבול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 בונה תיבה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נח ומשפחתו נכנסים לתיבה עם בעלי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המבול נגמר ומופיעה קשת בשמיים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מים וכובע לשמש, כדי לא להיות צמאים ולא להיפגע מהשמש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מחייכים, מגישים כוס מים או מציעים מקום לשבת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תיבת נח והקשת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לשחק בכיתה משחק תפקידים קצר של הכנסת אורחים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הצעירים כדאי לקרוא את המשפטים בקול לפני המענה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נח ולך לך – תיבה, קשת ומסע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בפרק הזה לומדים על נח שבנה תיבה ועל אברהם שיצא למסע ארוך. גם לומדים איך מקבלים אורחים בשמחה.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בקבוק מים  ·  מקום  ·  תיבה  ·  קשת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נח בנה כדי להינצל מהמבול?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סירה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מופיע בשמיים אחרי שהמבול נגמר?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עננים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יצא למסע אל ארץ חדשה בסיפור לך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אברהם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נח לקח איתו את בני משפחתו אל התיבה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אברהם נשאר כל חייו באותו מקום ולא יצא למסע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כשמכניסים אורחים טוב להקשיב 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נח בנה __________ כדי להינצל מהמבול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הגשם מופיעה בשמיים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כשיוצאים למסע לוקחים __________ כדי לא להיות צמאים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כשמגיע אורח מציעים לו __________ לשבת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כוס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מגן על הראש במסע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כובע לשמש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מגישים לאורח צמא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קבלת פנים יפה לאורח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חיוך ושלום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עוזרת למצוא את הדרך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המבול נגמר ומופיעה קשת בשמיים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נח ומשפחתו נכנסים לתיבה עם בעלי החיים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נח בונה תיבה גדולה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נח שומע שיהיה מבול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דברים שחשוב לקחת כשיוצאים למסע ארוך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נח בנה כדי להינצל מהמבול?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רואים בשמיים אחרי שהגשם נגמר?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נח ולך לך – תיבה, קשת ומסע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