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נח והתיבה ואת סיפור לך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דברים שלוקחים למסע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הכנסת אורחים 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אברהם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בקבוק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כובע לשמש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נח הכניס את משפחתו לתיבה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אברהם יצא למסע אל ארץ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הקשבה היא חלק מהכנסת אורחים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- מקבלים אותם בשמחה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דוגמה להכנסת אורחים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בקבוק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(מגישים לאורח צמא)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(מגן על הראש במסע)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(עוזרת למצוא את הדרך)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(קבלת פנים יפה לאורח)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(צבעים בשמיים אחרי 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 שומע שיהיה מבול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 בונה תיבה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 ומשפחתו נכנסים לתיבה עם בעלי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המבול נגמר ומופיעה קשת בשמיים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מים וכובע לשמש, כדי לא להיות צמאים ולא להיפגע מהשמש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לחייך ולומר שלום, להגיש כוס מים ולהציע מקום לשבת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מחייכים, מגישים כוס מים או מציעים מקום לשבת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תיבת נח והקשת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בכיתה משחק תפקידים קצר של הכנסת אורחים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הצעירים כדאי לקרוא את המשפטים בקול לפני המענה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על נח ועל אברהם. נח בנה תיבה. אברהם הלך למסע. לומדים גם איך מארחים אורחים 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תֵּבָה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סִירָה גְּדוֹלָה שֶׁנֹּחַ בָּנָה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קֶשֶׁת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צְבָעִים בַּשָּׁמַיִם אַחֲרֵי הַגֶּשֶׁם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מַסָּע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דֶּרֶךְ אֲרֻכָּה מִמָּקוֹם לְמָקוֹם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הַכְנָסַת אוֹרְחִים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לְקַבֵּל אוֹרְחִים בְּשִׂמְחָה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אֹמֶץ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לֹא לְפַחֵד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סַקְרָנוּת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רָצוֹן לִלְמֹד וְלִרְאוֹת דְּבָרִים חֲדָשִׁים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נח בנה?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סירה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רואים בשמיים אחרי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עננים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הלך למסע 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יעקב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שותים כשצמאים?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בקבוק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למצוא 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 לשמש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בקבוק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שמים על הראש בשמש?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 לשמש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לקח איתו את בני משפחתו אל התיבה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אברהם נשאר כל חייו באותו מקום ולא יצא למסע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כשמכניסים אורחים טוב להקשיב 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כשמכניסים אורחים צריך להתעלם מהם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מגישים לאורח כוס מים זו דרך יפה לקבל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נח בנה __________ כדי להינצל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הגשם מופיעה בשמיים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כשיוצאים למסע לוקחים __________ כדי לא להיות צמאים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כשמגיע אורח מציעים לו __________ לשבת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לא ללכת לאיבוד במסע לוקחים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כשאורח מגיע אומרים לו __________ בחיוך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כוס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עוזרת למצוא את הדרך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כובע לשמש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צבעים בשמיים אחרי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מגן על הראש במסע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חיוך ושלום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מגישים לאורח צמא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קבלת פנים יפה לאורח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המבול נגמר ומופיעה קשת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שומע שיהיה מבול 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בונה תיבה גדולה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ומשפחתו נכנסים לתיבה עם בעלי החיים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דברים שחשוב לקחת כשיוצאים למסע ארוך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דרכים לקבל אורח בצורה יפה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נח בנה כדי להינצל מהמבול?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רואים בשמיים אחרי שהגשם נגמר?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דבר אחד שעושים כדי לקבל אורח בצורה יפה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נח ולך לך – תיבה, קשת ומסע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